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התאמה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🔗 התאמה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ע״ו/י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התאמה.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שַׂמְתִּי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לָשִׁיר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ט־י/ו־ס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ש־י/ו־ם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מְעִירָה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ע־י/ו־ר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השעון הֵעִיר אותי בשבע.  ←  הפועל: הֵעִיר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הוא קָם מוקדם בבוקר.  ←  הפועל: קָם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„הֵעִיר”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התאמה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