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ע״ו/י · השיעור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עיקרי השיעור: מושגים, שיטת הבלש וזיהוי הגזרה.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חט״ב–תיכון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📖 השיעור (ע״ו/י).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בצירה: הֵקִים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ק־י/ו־ם – מעבירים להפעיל הֵקִים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הדגש שייך לנפעל; השורש ד־י/ו־ן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הִתְכּוֹנֵן · התפעל · נשארו: כ־ו־ן · שורש: כ־י/ו־ן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הִתְרוֹמֵם · התפעל · נשארו: ר־ו־ם · שורש: ר־י/ו־ם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הֵרִים · הפעיל · נשארו: ר־ם · שורש: ר־י/ו־ם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הוּזַז · הופעל · נשארו: ז־ז · שורש: ז־י/ו־ז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מבחן הפעיל: מעבירים להפעיל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קל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צירה (הֵ)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ע־י/ו־ר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ק־י/ו־ם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ס־י/ו־ג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📖 ע״ו/י · השיעור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בדף זה תתרגלו השיעור – גזרת ע״ו/י – האות האמצעית נחה. עבדו לפי חמשת צעדי הבלש: „הוא אתמול”, בניין, השמטת מוספיות, ספירה, החלטה.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נכון / לא נכון. אם לא נכון – תקנו בעל פה או בשוליים.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בגזרת ע״ו/י האות האמצעית בשורש היא ו׳ או י׳.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פועל בעבר עם 2 אותיות בלבד שייך לבניין קל.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בהפעיל של ע״ו/י הה׳ מנוקדת בחיריק: „הִקִים”.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השורש של רָץ הוא ר־י/ו־ץ.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עוֹרֵר שייך למשקל פּוֹלֵל – האות האחרונה כפולה.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בהוּקַם השורש הוא ה־ק־ם.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בנִדּוֹן הדגש מראה שחסרה נ׳.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טבלת הבלש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מלאו את הטבלה לפי חמשת הצעדים. בעמודה „נשארו” כתבו את האותיות שנשארו אחרי השמטת המוספיות.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הפועל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הוא אתמול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בניין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נשארו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שורש</w:t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הִתְכּוֹנַנּוּ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מִתְרוֹמְמוֹת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הֵרִים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הֵרִים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הוּזְזוּ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הבנה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קיבלתם תבנית הוּ_ַ_ ולא בטוחים בגזרה. מה עושים?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מבחן הפעיל: מעבירים להפעיל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מוסיפים נ׳ בהתחלה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סופרים את הניקוד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פועל בעבר בן 2 אותיות שייך לבניין…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קל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הפעיל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נפעל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איך מנוקדת הה׳ בהפעיל של ע״ו/י?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צירה (הֵ)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חיריק (הִ)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קמץ (הָ)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מה השורש של „הֵעִיר”?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נ־ע־ר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י/ו־ע־ר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ע־ר־י/ה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ע־י/ו־ר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מה השורש של „הֵקִימוּ”?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ק־י/ו־ם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י/ו־ק־ם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נ־ק־ם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ק־ם־י/ה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מה השורש של „נָסוֹג”?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ס־ג־י/ה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י/ו־ס־ג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נ־ס־ג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ס־י/ו־ג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סיכום במילים שלי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הסבירו במילים שלכם: איך מוצאים את השורש של פועל מהגזרה שלמדנו? תנו דוגמה אחת משלכם.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כתבו את הצעדים לפי הסדר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הוסיפו דוגמה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ציינו את הסימן המיוחד של הגזרה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„נִזּוֹן”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ע״ו/י · השיעור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