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השיעור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עיקרי השיעור: מושגים, שיטת הבלש וזיהוי 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📖 השיעור (ע״ו/י).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בצירה: הֵקִים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 · הפעיל · נשארו: ר־ם · שורש: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 · הפעיל · נשארו: ז־ז · שורש: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 · קל · נשארו: ר־ץ · שורש: ר־י/ו־ץ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 · קל · נשארו: ק־ם · שורש: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מבחן הפעיל: מעבירים להפעיל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צירה (הֵ)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📖 ע״ו/י · השיעור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השיעור.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נכון או לא נכון? סמנו.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בגזרת ע״ו/י האות האמצעית בשורש היא ו׳ או י׳.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פועל בעבר עם 2 אותיות בלבד שייך לבניין קל.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בהפעיל של ע״ו/י הה׳ מנוקדת בחיריק: „הִקִים”.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השורש של רָץ הוא ר־י/ו־ץ.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 שייך למשקל פּוֹלֵל – האות האחרונה כפולה.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טבלת הבלש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מלאו את הטבלה. עבר – בניין – אותיות שנשארו – שורש.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הוא אתמול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בניין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נשארו</w:t>
            </w:r>
          </w:p>
        </w:tc>
        <w:tc>
          <w:tcPr>
            <w:tcW w:type="dxa" w:w="1738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שורש</w:t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הֵרִים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הֵזִיזוּ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יָקוּם</w:t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1738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הבנה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קיבלתם תבנית הוּ_ַ_ ולא בטוחים בגזרה. מה עושים?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מבחן הפעיל: מעבירים להפעיל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מוסיפים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סופרים את הניקוד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פועל בעבר בן 2 אותיות שייך לבניין…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הפעיל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נפעל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איך מנוקדת הה׳ בהפעיל של ע״ו/י?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צירה (הֵ)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חיריק (הִ)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קמץ (הָ)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„הֵכִין”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כ־ן־י/ה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כ־י/ו־ן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י/ו־כ־ן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השורש של „קָם”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י/ו־ק־ם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ק־י/ו־ם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נ־ק־ם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השורש של „מְעִירָה”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ע־י/ו־ר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נ־ע־ר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י/ו־ע־ר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סיכום במילים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הסבירו במילים שלכם: איך מוצאים את השורש של פועל מהגזרה שלמדנו? תנו דוגמה אחת משלכם.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הצעדים לפי הסדר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„הֵקִימוּ”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השיעור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