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 · קל · נשארו: ט־ס · שורש: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רָץ · קל · נשארו: ר־ץ · שורש: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ע״ו/י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קמץ (הָ)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השורש של „הֵזִיזוּ”?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נ־ז־ז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י/ו־ז־ז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ז־י/ו־ז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מה השורש של „הֵקִימוּ”?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י/ו־ק־ם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ק־ם־י/ה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„מְעִירָה”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