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(ע״ו/י).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🟠 ע״ו/י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זָז, נָמוֹג, נָסוֹג, מְעִירָה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הִשְׁקָה, נוֹלַד, פִּנּוּ, נָסַעְנוּ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ס־י/ו־ג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ז־י/ו־ן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ע״ו/י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משחק – גזרת ע״ו/י – האות האמצעית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„הוּרַם”?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י/ו־ר־ם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נ־ר־ם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ר־י/ו־ם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ר־ם־י/ה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השורש של „הֵזִיזוּ”?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ז־י/ו־ז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י/ו־ז־ז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נ־ז־ז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ז־ז־י/ה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„קוֹמֵם”?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ק־ם־י/ה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ק־י/ו־ם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י/ו־ק־ם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נ־ק־ם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מה השורש של „הֵבַנְתִּי”?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נ־ב־ן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י/ו־ב־ן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ב־ן־י/ה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ב־י/ו־ן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„שַׂמְתִּי”?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ש־ם־י/ה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י/ו־ש־ם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נ־ש־ם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ש־י/ו־ם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פִּנּוּ  |  מְעִירָה  |  הִשְׁקָה  |  נוֹלַד  |  נָסַעְנוּ  |  נָסוֹג  |  זָז  |  נָמוֹג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🟠 ע״ו/י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יָקוּם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ע־י/ו־ר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שַׂמְתִּי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ז־י/ו־ן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נָסוֹג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ק־י/ו־ם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הִתְעוֹרֵר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ש־י/ו־ר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נִזּוֹן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ש־י/ו־ם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לָשִׁיר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ס־י/ו־ג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„נָסוֹג”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משחק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